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fessionelt_profilbrochure_desig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rise_international_profilbrochur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fessionel_profilbrochure_med_løsning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nneskene_bag_karise_international_teame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Karise International – Profilbrochure</dc:title>
  <dc:subject>A4 profilbrochure</dc:subject>
  <dc:creator>Karise International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